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검증 및 결정신청서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pStyle w:val="Normal"/>
        <w:jc w:val="left"/>
        <w:spacing w:after="60" w:before="0"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</w:p>
    <w:p>
      <w:pPr>
        <w:pStyle w:val="Normal"/>
        <w:jc w:val="left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신청인은 아래 증거에 관하여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검증</w:t>
      </w: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 및 명시적인 결정을 신청합니다.</w:t>
      </w:r>
    </w:p>
    <w:p>
      <w:pPr>
        <w:pStyle w:val="Heading1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공통 법령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제290조: 증거조사의 필요성과 유일한 증거에 관한 기준 [민사·행정·가사 등 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 기각결정·형식상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증거신청·이의·항고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2. 이 신청의 개별 근거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제364조 이하: 검증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민사소송규칙의 검증 목적·대상·방법 기재 규정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형사사건은 형사소송법상 검증·증거신청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3. 관련 판례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[사건번호·선고일·핵심 법리·이 신청에 적용되는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관련 헌법 조항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 제27조 재판청구권, 적법절차, 방어권, 평등원칙 등 사건과 직접 관련되는 항목만 선택]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증거와 입증취지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[아래 표에 증거별로 ‘무엇을 증명하는지’와 ‘쟁점에 미치는 법적 의미’를 연결]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검증대상과 방법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주장하는 사실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[검증으로 입증할 사실]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검증대상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[장소·물건·문서 원본·기기·웹페이지·시스템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소재지·보관자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[주소·기관·담당자]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검증사항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[치수·상태·작동·배치·동일성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검증방법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[현장검증·법정 제시·화면 시연·측정·촬영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참여 필요자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[당사자·전문가·통역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보존 필요성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[변경·멸실 가능성 및 긴급성]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위 검증대상에 대하여 별지 검증사항을 기준으로 검증한다.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검증 과정과 결과를 조서·사진·영상·측정표 등으로 기록한다.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신청을 불허·기각하거나 검증범위를 제한할 경우에는 그 사유를 항목별로 명시한다.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신청이유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검증이 필요한 핵심쟁점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[직접 관찰 없이는 판단하기 어려운 사실]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검증대상의 관련성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[검증결과가 어떤 요건사실과 연결되는지]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다른 증거로 대체하기 어려운 사정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[사진·도면·진술만으로 부족한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검증방법의 적정성과 범위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[필요 최소한이며 비용·시간이 상당한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보존·긴급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[상태가 변경되거나 사라질 우려]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결정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[검증 여부와 범위를 명확히 판단해야 하는 이유]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불복절차의 명시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이 신청을 인용하거나 기각·각하하는 경우 신청취지와 각 핵심 쟁점에 대하여 명시적으로 판단하여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그 결정의 성격과 개별 불복규정에 따라 통상항고 또는 즉시항고를 제기합니다.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법원이 신청에 대하여 결정을 하지 아니하거나 실질적으로 배척한 경우에는 미결정·소송지휘의 법적 성격을 특정하여 민사소송법 제439조·제440조 등 해당 규정에 따른 불복을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법률상 통상 불복할 수 없는 결정·명령이라도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최종적으로 허용되지 않는 경우에는 신청서, 기일조서, 이의 및 결정 내용을 기록에 남겨 종국판결에 대한 항소·상고에서 증거조사 누락, 법리오해, 이유불비·이유모순, 적법절차 및 재판청구권 침해로 함께 다툽니다.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주의: 위 문구는 불복절차를 보존하기 위한 표준항목입니다. 실제 불복의 종류와 기간은 신청 종류, 결정의 형식, 민사·형사·행정·가사·특허 등 사건유형에 따라 달라질 수 있으므로 결정문을 받은 즉시 확인합니다.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핵심 증거에 대한 신청을 아무런 구체적 이유 없이 묵살하거나, 신청의 취지를 왜곡하여 판단하거나, 당사자에게 증거를 제출·조사받을 실질적인 기회를 부여하지 않는 것은 사건의 구체적 사정에 따라 헌법 제27조의 재판청구권, 적법절차, 방어권 및 평등원칙과 충돌할 수 있습니다. 따라서 법원은 증거의 관련성·필요성·대체가능성·조사비용·소송지연 가능성을 구체적으로 형량하여 판단하여야 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Ⅶ. 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[증거사본 또는 원본]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[증거설명서]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[그 밖의 참고자료]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0" w:before="24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31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2026-07-23T03:05:10Z</dcterms:modified>
  <cp:version>1100.0100.01</cp:version>
</cp:coreProperties>
</file>